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2161: 后缀表达式求值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容器stack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 stack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输入一行表示后缀表达式，注意每个数或符号之间有一空格隔开，最后输入 @ 表示输入结束。（给定的表达式不超过 1000 个字符）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注意：本题中遇到除法运算，只需要计算整除的结果，不需要保留小数。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将输入的后缀表达式求值后输出。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测试数据保证表达式中整数数值 以及 整数之间进行加减乘除运算得到的结果都在 0~10^8的范围内。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输出一个整数，表示该表达式的值。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14 3 20 5 / * 8 - + @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