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2160: 方格取数（number）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 n × m 的方格图，每个方格中都有一个整数。现有一只小熊，想从图的左上角走到右下角，每一步只能向上、向下或向右走一格，并且不能重复经过已经走过的方格，也不能走出边界。小熊会取走所有经过的方格中的整数，求它能取到的整数之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n,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行每行 m 个整数，依次代表每个方格中的整数。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一个整数，表示小熊能取到的整数之和的最大值。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 1 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按上述走法，取到的数之和为 1 + 2 + (-1) + 4 + 3 + 2 + (-1) + (-1) = 9，可以证明为最大值。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注意，上述走法是错误的，因为第 2 行第 2 列的方格走过了两次，而根据题意，不能重复经过已经走过的方格。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另外，上述走法也是错误的，因为没有走到右下角的终点。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 2 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按上述走法，取到的数之和为 (-1) + (-1) + (-3) + (-2) + (-1) + (-2) = -10，可以证明为最大值。因此，请注意，取到的数之和的最大值也可能是负数。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【数据范围与提示】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的数据，n, m ≤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的数据，n, m ≤ 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 的数据，n, m ≤ 300。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n,m ≤ 10^3。方格中整数的绝对值不超过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5792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9h7_mt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792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532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w4lffq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32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3:</w:t>
      </w:r>
    </w:p>
    <w:p>
      <w:r>
        <w:drawing>
          <wp:inline xmlns:a="http://schemas.openxmlformats.org/drawingml/2006/main" xmlns:pic="http://schemas.openxmlformats.org/drawingml/2006/picture">
            <wp:extent cx="4572000" cy="35353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emm3fii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35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4:</w:t>
      </w:r>
    </w:p>
    <w:p>
      <w:r>
        <w:drawing>
          <wp:inline xmlns:a="http://schemas.openxmlformats.org/drawingml/2006/main" xmlns:pic="http://schemas.openxmlformats.org/drawingml/2006/picture">
            <wp:extent cx="4572000" cy="19138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dbhayyq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1386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