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2156: 奶牛的食物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压状DP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奶牛们的牧草快要吃完了！FJ 听了贝茜的抱怨后，买了一块 M × N 的牧场，牧场可以被分成 M × N 个格子，有的格子很肥沃，适合放牧。而有的很贫瘠，不适合放牧。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奶牛们的要求很苛刻，每只奶牛必须独占一个格子，并且任意两个奶牛的格子不能相邻（不能有公共的边）。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FJ 要选出一些格子来放牧，他想知道，有多少种方案？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第一行两个数 M，N。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 N 个数，每个数均为 0 或 1，0 表示不适合放牧，1 表示适合放牧。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的数据，N ≤ 12 ， M ≤ 12。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请注意：FJ 可以直接荒废新买的牧场，即不在任意一个格子放牧，这也算一种方案。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一个数，表示方案数，答案 mod 100000000 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