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2154: 分糖果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2154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157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动态规划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小A在生日这天收到了哥哥送来的一盒糖果，这盒糖果共有M个，小A要把这盒糖果放到N个盘子中（允许有盘子不放），请问，有多少种不同的放法？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请注意：数值相同，顺序不同，我们视为是相同的放法，比如，1 1 6，和1 6 1、6 1 1，我们视为是同一种放法。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输入包含多组测试样例。每组输入的第一行是一个整数t，表示数据有多少组。（t&lt;=10）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接下来t行，每行输入两个整数M和N，代表有糖果的数量和盘子的数量。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（M和N均≥0，且≤20）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对于每对输入的M和N，输出有多少种放法。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