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2149: 求字符首次出现的位置？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2149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494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从键盘读入一个不含空格的字符串s，请问，这个字符串中：大写字母、小写字母、数字，第一次出现的位置在哪里？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读入一个不含空格的字符串s（长度不超过100），样例保证同时包含：大写字母、小写字母、数字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输出三个整数，分别代表：大写字母、小写字母、数字首次出现的位置。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YouHave3books.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1 2 8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