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2147: 一年中的第几天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2147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304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给定一个具体的日期，请输出，这一天是当年的第几天？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提示：闰年的判断有两个条件，只需满足一个即可。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能够被 4 整除但不能被 100 整除的为闰年。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能够被 400 整除的为闰年。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输入一行，为年-月-日的格式。（年为 4 位整数，月、日为 1 位或 2 位整数，且月日一定是合法的日期）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输出一行，只有一个整数，表示这一天为那一年的第多少天。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