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2139: 乘积的约数和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因数唯一分解定理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因数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个正整数 a_i，请你输出这些数的乘积的约数和，答案对 10^9+7 取余数。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第一行包含整数 n。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行，每行包含一个整数 a_i。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1≤n≤100, 1≤a_i≤2 × 10^9。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输出一个整数，表示所给正整数的乘积的约数和。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14880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