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2136: 筛素数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2136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筛素数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3270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筛素数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n，请问 1 ∼ n 范围内有多少个素数？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n（1 ≤ n ≤ 10^6）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范围内素数的个数。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