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2134: 自动阅卷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王老师布置了n道“200以内数的加减法”加减计算题，请小明同学完成。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小明完成后，王老师请你编程帮助他实现自动阅卷。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完成后的作业题有n行，每道题目（包括答案）的格式为a+b=c或者a-b=c，其中a和b是作业中给出的，均为不超过200的非负整数；c是小明同学算出的答案，可能是不超过400的非负整数，也可能是单个字符"?"，表示他不会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第1行有一个整数n，表示有n道题目。（n≤100）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接下来n行，每行包含一道题目，格式保证符合上述规定，且不包含任何空白字符。输入的所有整数均不含前导0。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输出仅一行，包含一个非负整数，表示小明同学最终答对了几道题目。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1+2=3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3-1=5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6+7=?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99-0=99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