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2133: 求约数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2133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从键盘上输入一个数N,求出N所有的约数。（N≤105）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从小到大，输出这个数所有的约数，用空格隔开。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1 2 3 6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