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2129: 购物停车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 模拟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小丽是个购物达人，每周末都要去贝壳大街购物。贝壳大街是一条笔直的大街，我们把它抽象成是 X 轴上的一条线段，街上的每个商铺都位于线段上整数点的位置，而顾客可以在线段上的任何一个位置停车，并且每停一次车都需要交一次费用。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小丽希望交纳最低的停车费用。于是小丽请你帮她编程计算一下，如果自己就停一次车，然后步行去之前计划好要去的那些商铺，最后回到停车的位置，那么最短的步行路程是多少。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n（1 ≤ n ≤ 20），表示小丽计划要去的商铺的个数；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个整数，表示计划要去的那些商铺的位置，位置范围为 [0,99]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输出题目要求的最短的步行路程。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24 13 89 37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