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2127: 0在哪里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2127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866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从键盘读入 n 个整数，请问这 n 个数从前向后数，0 第一次出现的时候是第几个数？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第1行有一个整数 n（n ≤ 1000）。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第2行有 n 个整数（数值在 int 范围内）。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本题样例输入确保一定有 0 这个数。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0 是数组的第几个数？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45 532 2343 2 0 234 39 0 9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