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2126: 换钞票（2）（change）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要将 1 张 100 元的大钞票，换成等值的 10 元、5 元、2 元、1 元一张的小钞票。要求每次换成 n 张小钞票，每种至少一张。编程输出所有可能的换法。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提示：程序应当考虑如何减少计算的次数。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（20 ≤ n ≤ 50）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输出所有能换成 n 张小钞票的方案。每个方案一行。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每行四个数，分别是 10 元、5 元、2 元、1 元钞票的张数。每个数据间用一个空格隔开。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2 15 2 1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3 13 1 3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4 10 4 2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5 7 7 1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5 8 3 4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6 5 6 3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6 6 2 6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7 2 9 2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7 3 5 5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7 4 1 8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8 1 4 7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