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2125: 零和问题(zerosum)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请考虑一个由1到N（N=3 4 5 ... 9）的数字组成的递增数列：1 2 3 ...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现在请在数列中插入“+”表示加，或者“-”表示减，抑或是“ ”表示空白，来将每一对数字组合在一起（请不在第一个数字前插入符号）。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如果有空格，用空格前的数字乘10之后再加空格后的数字得到的结果再加入运算。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比如：1-2 3+4+5+6+7 = 1-(2*10+3)+4+5+6+7 = 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计算该表达式的结果并注意你是否得到了和为零。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请你写一个程序找出所有产生和为零的长度为N的数列。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单独的一行表示整数N (3 &lt;= N &lt;= 9)。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按照ASCII码的顺序，输出所有在每对数字间插入“+” “-” 或 “ ”后能得到和为零的数列。(注意:就算两个数字之间没有插入符号也应该保留空格)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1+2-3+4-5-6+7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1+2-3-4+5+6-7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1-2 3+4+5+6+7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1-2 3-4 5+6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1-2+3+4-5+6-7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1-2-3-4-5+6+7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