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2121: 修正成绩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2121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前缀和差分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前缀和差分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某校期中考试结束，学校采用一台阅卷机阅卷。老师在检查大家的成绩时，发现阅卷机阅卷有误，因此不得不手动调整大家的成绩。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现已知有 n 个同学成绩，需要做 p 次调整，每次调整操作都是将第 x 个同学到第 y 个同学每位同学成绩都加上 z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请问：经过调整后，全班同学成绩的最低分是多少分？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第一行有两个整数 n,p，代表学生数与增加分数的次数。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个数，a_1 ∼ a_n，代表各个学生的初始成绩。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p 行，每行有三个数，x,y,z，代表给第 x 个到第 y 个学生每人增加 z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n≤100000，p≤n，1≤x,y≤n，学生初始成绩≤100，z≤100。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输出仅一行，代表更改分数后，全班的最低分。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