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2118: 判断平方数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2118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1038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从键盘读入一个整数 n（1 ≤ n ≤ 10^9），判断是否是平方数，如果是输出 Y，不是输出 N。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平方数指的是开平方根后是整数的数，比如：16、25、36 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 n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按题意输出 Y 或者N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