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2112: 污染治理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某海域多个区域出现被石油污染的情况。当地的环保部门准备紧急投放环保材料来吸收漂浮在海面上的石油。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为了解目前的污染情况，环保部门派一架无人机对该海域拍摄并绘制了一张 n × m 大小的地图，地图上标记为 ~ 的区域表示无污染的海域，标记为 * 的海域表示漂浮着石油的有污染的海域，上下左右四个方向相邻的有污染的海域可以称为是同一片污染海域。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请你编程帮助环保部门计算一下，海面上共有多少片有污染的海域，被污染的总面积有多少，最大的被污染的海域面积有多大？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比如：有如下一张 8 × 10 的地图。通过该地图我们发现，有 3 片被污染的海域，面积依次为：4、9、5，被污染的总面积 = 4 + 5 + 9 = 18；最大的被污染海域的面积为 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~*~~~~~~~~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~**~~***~~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~*~~~*~*~~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~~~~****~~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~~~~~~~~~~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~~***~~~~~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~~~**~~~~~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~~~~~~~~~~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 2 个整数 n 和 m ，代表拍摄地图的大小。（ 3≤n,m≤100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行，每行有 m 个字符代表拍摄到的地图的值。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输出三个整数，用空格隔开，分别代表有几片海域被污染了，被污染的总面积的值，以及最大的被污染海域的面积。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~*~~~~~~~~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~**~~***~~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~*~~~*~*~~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~~~~****~~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~~~~~~~~~~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~~***~~~~~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~~~**~~~~~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~~~~~~~~~~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3 18 9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