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2111: 鸡飞狗不跳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2111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广搜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583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广搜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有一只鸡和一条狗，他们在一条线上，鸡的位置在点 N 处，狗在点 M 处，鸡和狗约定，狗站那不动，鸡去找狗。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鸡可以一次向左或向右走一步，也可一次飞到原来所在位置的 2 倍处。鸡飞一次和走一步时间相同。为了不让狗等得着急，鸡最快多长时间能到狗的位置。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 N,M（ 0≤N,M≤100000 )。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输出鸡到狗位置的最短时间。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5 17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