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2107: 杰克的小牛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若一头小母牛，从出生起第四个年头开始每年生一头母牛，杰克第一年有一头刚出生的小母牛，问第 n 年杰克共有几头母牛？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 （t &lt; 50），表示 t 组数据；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下面每行一个整数 n （n &lt; 50）。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 n ，输出第 n 年杰克有多少头牛。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