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2106: 小明的电梯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2106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可怜的小明，他住的小区只有一个电梯，大家都知道，只要是有人按得号，电梯都会停，每到一站停止 5 秒，往上走，走一层需要 6 秒，往下走一层需要 4 秒。我们认为每一次电梯的起始点都在第 0 层。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对于给出的电梯的层数，你要算出电梯从开始运行到停止运行，所需要的时间。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 ，随后有 N 个整数（N≤20），所有的整数都不超过 100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输出所需要的时间。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电梯默认在 0 层，有人按了 2 层，需要上 2 层，走一层需要 6 秒，上 2 层需要 12 秒，在第 2 层停下来需要 5 秒，因此共需 17 秒。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