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2101: 乐乐的数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2101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乐乐最近喜欢研究回文数，假设一个数从左到右读跟从右到左读的结果是一样的，那么我们说这个数是一个回文数。 如果一个数在十进制下是回文的，我们说这个数是一重回文数，如果一个数在十进制和二进制下是回文的，我们说这个数是二重回文数，如果一个数在三种进制下是回文的，我们说这个数是三重回文数  ⋯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现在我们用数字 0 ⋯ 9，字母 A... Z 分别代表数字 0 ⋯ 35 （即 10 用 A 表示， 11 用 B 表示 ⋯ ，35 用 Z 表示），任意给出一个 10 进制数，乐乐想知道它在 2 至 36 进制里是多少重的回文数。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比如，输入：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则输出：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表示 50 在 3 种进制下是回文，分别是：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 对应的 7 进制数为 101。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 对应的 9 进制数为 55。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 对应的 24 进制数为 22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输入只有一个 10 进制的整数 n 。( 2 ≤ n ≤ 2000000000 )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第一行为一个整数 m，表示 n 在 2 至 36 进制里有 m 种是回文的。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接下来是 m 行，从小到大输出 n 在哪些进制下是回文的。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