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2100: 明明的步行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小明是一个很会利用时间的学生，他经常晚上吃过饭后一边思考问题一边散步，由于要思考问题，并且思考问题的内容越来越多，所以他在散步时也是越来越慢的，他自己总结出一个规律。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他散步时第一步走 N 厘米，第二步走 N-1 厘米，以后每步比前一步少 1 厘米，最后一步是 0 时就停下来了。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现在给出你小明第一步走的长度 N 厘米，请你算出小明这次散步一共起了多少厘米。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如小明第一步走 3 厘米，则第二步走 2 厘米，第三步走1 厘米，然后就停下来了，则小明这次散步共走了 3+2+1=6 （厘米）。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，代表第一步走的厘米数。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输出一个整数，代表总共走的厘米数。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