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2085: 求每位同学的身高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小明是班上的体育委员，体育老师要求小明记录班上每位同学的身高。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但小明的记录方式让体育老师很为难，因为他只记录了每位同学与自己身高的差值，正数表示比小明高的，负数表示比小明矮的。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现在，已知了小明的身高，和每位同学与小明身高的差值，求每位同学的身高。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体育老师找到学编程的你，你能帮助他吗？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第一行两个数 H、N（1 ≤ N ≤ 100），其中 H 为小明的身高，N 表示班上还有 N 位同学。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个数，第 i 个数表示第 i 个同学与小明身高的差值。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N+1 个数，即全班同学的身高。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请注意，输出时，先输出小明的身高，再按读入的顺序输出班级 N 位同学的身高（输出同学身高时，保留 2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1.25 10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0.37 -0.23 0.67 -0.21 0.64 0.51 -0.79 0.31 -0.28 -0.52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1.25 1.62 1.02 1.92 1.04 1.89 1.76 0.46 1.56 0.97 0.73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请注意本题读入的数据类型！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