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2083: 区间分数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某班级有 n 名同学，请问这 n 名同学中，成绩在 x ∼ y之间（含 x 和 y ）的同学共有多少人，请按从大到小的顺序，输出成绩在x ∼ y之间的所有同学的分数。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第一行读入一个整数 n ，代表班级人数（5 ≤ 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个整数，用空格隔开代表同学的分数（0 ≤ 分数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第三行有 2 个整数 x 和 y，代表要求解的分数范围（0 ≤ x ≤ y ≤ 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第一行按分数从大到小的顺序，输出分数在x ∼ y之间的这些同学的分数，分数之间用空格隔开。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第二行输出分数在x ∼ y之间（含 x 和 y）的同学的人数。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100 99 90 98 96 95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95 100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100 99 98 96 95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