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2082: 最长姓名的汉语拼音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414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同学的班上有 n 名同学，作为班长的 A 同学记录下班级 n 个同学的姓名的汉语拼音（大家名字的拼音互不相同），他想知道最长的拼音是哪个，请你编程帮他找一下（请注意：如果有多个最长的拼音，请输出字典码最大的）。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行有一个整数 n ，代表有 n 名同学。（n ≤ 1000）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 1 个同学的拼音。（拼音由小写字母组成，不含空格）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请输出最长的拼音，如果有多个，请输出字典码最大的拼音。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lihua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xiaoming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xiaozhao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xiaozhao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