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2076: 环游世界之背包问题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2076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动态规划混合背包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943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动态规划 混合背包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张老师准备环游世界，出发之前要做的最重要的事情，当然是整理自己的背包啦。张老师有一个容积为m的背包 ，有n个物品作为放入背包的待选物品 ，每样东西都有自己的价值Wi，和体积Vi ，第i个物品有Ni个 （Ni=0时表示有无限多个），请你编程帮助张老师计算，他的背包能够存入的最大价值是多少？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30%数据满足  1 &lt;= m,n &lt;=1000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100%数据满足  1 &lt;=m,n &lt;= 10000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第1行有2个整数N,M，表示物品的种类和背包的容积；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第2-N+1行，每行有3个整数Vi，Wi，Pi，分别表示每个物品的体积，价值，个数。（体积&lt;=5000,价值&lt;=5000,个数&lt;=1000）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一个整数，表示能够存入背包的最大价值。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5 50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1 1 50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2 4 3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48 49 1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1 51 1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3 3 3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106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