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2072: 公交乘车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2072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动态规划背包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1249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 背包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城市有一条非常特别的街道，该街道在每个公里的节点上都有一个公交车站，乘客可以在任意的公交站点上车，在任意的公交站点下车。乘客根据每次乘坐公交的公里数进行付费，比如，下表就是乘客乘坐不同的公里数要付的费用。（请注意：不一定公里数越高，费用越高，这也是这条街道特别的地方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公里数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付费金额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一辆公交车单次行驶的公里数一定不超过 10 公里，一个乘客如果打算乘坐公交车完成 n 公里（1 ≤ n ≤ 100）的行程，他可以选择无限次的换车来完成行程。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请问，他最少要花多少钱？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第一行十个整数分别表示公交行走 1 到 10 公里的费用（ ≤ 500）。注意这些数并无实际的经济意义，即行驶 10 公里费用可能比行驶一公里少。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第二行一个整数 n 表示，旅客的总路程数。（1 ≤ n ≤ 100）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仅一个整数表示最少费用。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12 21 31 40 49 58 69 79 90 101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147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