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2070: 道路规划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2070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并查集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657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并查集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 N 个村庄，编号从 1 到 N ，请你建立一些道路，使得任意两个村庄可以相连。我们说两个村 A 和 B 是相连的，当且仅当有一条公路在 A 与 B之间，或存在一个村庄 C，有一条的道路连接着 A 和 C 之间,一条连接着 B 和 C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我们知道，已经有一些道路在一些村庄之间，你的工作是再建一些道路，使得所有的村庄连接并且所有的道路建造总和最低。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第一行是一个整数 N (3 ≤ N ≤ 100)，表示村庄的数量。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行，每行包含 N 个整数，在这 N 行中的第 i 行的第 j 个整数 Aij 表示村庄 i 到村庄 j 建立道路的费用 (1 ≤ Aij ≤ 1000)。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然后有一个整数 Q (0 ≤ Q ≤ N × (N + 1)/2)。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接下来再 Q 行，每一行包含两个整数 a 和 b (1 ≤ a &lt; b ≤ N)，即村庄 a 和 b 之间已经建成道路。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你应该输出一行包含一个整数，表示所有村庄都连接所要建设道路的最小费用。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0 990 692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990 0 179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692 179 0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179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