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2069: 重建电路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并查集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并查集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小A同学所在的城市遭受了洪灾，城市中的电路受到了严重的破坏。政府部门一方面要救灾，一方面要用最小的代价来重建电路系统。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现在已知该城市有若干个村庄（编号为 0 ∼ n-1），并已知村庄之间如果重建电路所需要的花费，请你编程帮助该城市计算出，如果要使得该城市恢复电路系统，最少的花费是多少？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请注意：只需要保证任意两个村庄之间至少存在一条通路，电路系统即可恢复。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输入的第一行为一个整数 T（1 ≤ T ≤ 50），表示有 T 组测试数据。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每组输入第一行是两个正整数 N，E（2 ≤ N ≤ 500，N ≤ E ≤ N × (N-1)/2），分别表示该城市村庄个数和原有电力线路的个数。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E 行，每行包含三个整数 A,B,K（0 ≤ A,B &lt; N，0 ≤ K &lt; 1000）。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和 B 分别表示电力线路的起始村庄代号。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K=0，表示这条线路仍然正常；如果 K 是一个正整数，表示这条线路需要花费 K 的代价来重建。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题目保证输入中没有重边，也没有起始村庄相同的边；本题的数据确保一定能重建电路系统。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对于每组输入，输出重建电力系统所需的最小花费，以此来保证任意两个村庄之间至少存在一条通路。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0 2 0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