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2068: 黑色联通块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n × n 的黑白图像（1 表示黑色，0 表示白色），任务是统计其中黑色连通块的个数。如果两个黑格子有公共边或者公共顶点，就说它们属于同一个联通块。如下图所示的图形有 3 个联通块。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4tw0tap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行输入一个正整数 n （n≤700），此后输入 n 行，每行是由 n 个 0 或 1 组成的字符串。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输出连通块的个数。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001010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010100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