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2066: 2进制中的0和1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请编程计算出，一个整数 n（0 ≤ n ≤ 1,000,000）转换为 2 进制后有多少个 0 ，有的多少个 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2 个整数，用空格隔开，分别表示一个整数 n 中 0 和 1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