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2065: 小张的进制转换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小张同学最近正在学习进制转换，他已经掌握了各种进制转的技巧。面对众多的进制转换问题，小张觉得逐一计算效率不高，还是写个程序计算起来更快。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请你帮助小张同学编程，将无符号整数 n，转化成在 b 进制下的表示。例如： n 为 10，b 为 2 ，则转化后为 1010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又如：n 为 10 ， b 为 16 ，则转化后为 0XA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文件包含 k 组测试样例，第一行为数字 k ；（ 1 ≤ k ≤ 100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∼ 第 k+1 行，每行输入两个数,分别为 n,b 。n 表示要转化的数，b 表示 b 进制（ 0 ≤ n ≤ 1000,000,000 , 2 ≤ b ≤ 16 )。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在 b 进制下的表示。注意：如 b 为 16 输入时记得加上 0X （其余进制不需要在结果前加任何前缀，直接输出结果），字母都是以大写的形式。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10 16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1000000000 16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0XA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0X3B9ACA00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