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2063: 8进制、16进制转10进制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这个问题非常简单，就是将八进制和十六进制转换成十进制。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N（0 ≤ N ≤ 200000），表示有 N 组数据。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行，每行都是一个字符串 S (且 S 的长度不小于 1 ，不超过 11 )，如果字符串是以 0x (0x)开头的则表示是十六进制，如果以 0 开头，则表示是八进制。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数据保证字符串 S 中只有数字和小写字母且合法，转换后的十进制数在 int 范围内。（注意：8 进制和 16 进制可能存在前导 0，比如：0x01a 、0016）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对于每行输入数据，输出一行。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本题数据量较大，C++选手请使用scanf、printf 替代 cin、cout 提升读写效率。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