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2062: 倒水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2062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前缀和差分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3045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前缀和差分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在一个桌子上摆放了 n 个杯子，每个杯子中有一定量的水。小 A 同学负责向杯子中倒水，他总共倒了 k 次，每次会向从第 L 个杯子到第 R 个杯子中添加 P 毫升的水（注意：水只可能增加，不可能减少）。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请问小 A 同学倒了 k 次水之后， n 个杯子每个杯子有多少毫升的水。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第一行包含两个整数 n 和 k。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 个整数，表示一开始每个杯子中水的毫升数。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k 行，每行包含三个整数 L,R,P，表示一次操作。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1≤n,k≤100000。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1≤L≤R≤n，0≤P≤1000。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杯子中水的初始量在 [0,1000] 的范围内。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本题数据上保证所有的杯子在加水之后，水量值仍然在 int 范围内。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共一行，包含 n 个整数，表示最终 n 个杯子每个杯子有多少毫升的水。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1 2 10 8 1 5 1 1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7 8 12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1 8 4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2 3 12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5 18 26 12 5 9 17 17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