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2061: 子矩阵求和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2061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前缀和差分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2800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前缀和差分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同学有着很强的计算能力，张老师为了检验小 A 同学的计算能力，写了一个 n 行 m 列的矩阵数列。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张老师问了小 A 同学 k 个问题，每个问题会先告知小 A 同学 4 个数 x_1,y_1,x_2,y_2 表示这是矩阵中 2 个点的行列的值，以这两个点为一个矩形的左上角和右下角，可以从矩阵中画出一个子矩阵，张老师请小 A 同学计算出这个子矩阵中所有数的和。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请你编程帮助张老师计算出结果。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第一行包含三个整数 n,m,k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行，每行包含 m 个整数。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k 行，每行包含四个整数 x_1, y_1, x_2, y_2，表示一组询问。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1≤n,m≤1000。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1≤k≤200000。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1≤x_1≤x_2≤n,1≤y_1≤y_2≤m。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矩阵内元素的值均在 [−1000,1000] 的范围内。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 k 行，每行输出一个询问的结果。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1 1 6 7 4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6 10 4 9 9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2 6 7 3 7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2 4 3 5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2 2 3 5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1 3 2 4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