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2053: 图的bfs遍历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图论图的遍历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 图的遍历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一个有 n 个结点的无向连通图，这些结点以编号：1,2 ⋯ n 进行编号，现给出结点间的连接关系。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请以结点 1 为起点，按广度优先搜索（bfs）、优先访问小编号结点的顺序遍历并输出该图。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第一行为两整数，n 和 e ，表示 n 个顶点，e 条边。（ 2 ≤ n,e ≤ 10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e 行每行两个数，表示两个结点是连通的。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只有一行，为节点按照广度优先、小编号结点优先访问的结果。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1 2 3 4 5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