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2051: 有负权边的最短路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图论spfa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1932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 spfa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给定一个 n 个顶点，m 条边的有向图（其中某些边权可能为负，但保证没有负环）。请你计算从 1 号点到其他点的最短路（顶点从 1 到 n 编号）。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行，每行有三个整数 u, v, l ，表示 u 到 v 有一条长度为 l 的边。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10% 的数据，n = 2，m = 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30% 的数据，n ≤  5，m ≤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n ≤ 20000，1 ≤ m ≤ 200000，-10000 ≤ l ≤ 10000，保证从任意顶点都能到达其他所有顶点。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n-1 行，第 i 行表示 1 号点到 i+1 号点的最短路。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-2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