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2035: 破译文件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张警官拦截了一封加密的文件，该文件中的字符很奇怪，完全不通顺，只有一些符号和一些数字，经过缜密的侦查，张警官终于找到了文件的解密方法。请根据张警官提供的解密方法，编程将文件解密。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解密规则如下：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1.将1变为'A'，2变为'B'，...，26变为'Z'；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2.将'#'变为一个空格；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3.忽略'-'，原始信件中'-'仅仅用来分割数字。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输入的第一行为一个整数n，表示测试数据的组数。（n&lt;=100）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接下来n行，每行输入一个待破译的字符串，字符串中只包含数字、'-'和'#'，长度不超过100。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对于每组输入，输出破译后的字符串。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9#23-9-12-12#19-20-5-1-12#1-20#12-5-1-19-20#15-14-5#10-5-23-5-12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1-14-4#12-5-1-22-5#20-8-5#13-21-19-5-21-13#9-14#20#13-9-14-21-20-5-19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1-6-20-5-18#20-8-5#15-16-5-14-9-14-7#15-6#20-8-5#5-24-8-9-2-9-20-9-15-14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7-15-15-4#12-21-3-11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 WILL STEAL AT LEAST ONE JEWEL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AND LEAVE THE MUSEUM IN T MINUTES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AFTER THE OPENING OF THE EXHIBITION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GOOD LUCK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