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2029: 缺失的数字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个数字，值就是 1 ~ n ，现发现丢失了 2 个数字，请你根据剩余的 n - 2 个数字，编程计算一下，缺失的是哪两个数字呢？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行为整数 N (N ≤ 100000)。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N-2 个整数(均用空格隔开)表示了剩下 N-2 个数字的值。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一行，按数字从小到大顺序输出两缺失的数字。两个数字之间用一个空格隔开。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4 3 1 5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