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2027: 求矩阵最大值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 3 × 4 的矩阵（二维数组），要求输出该矩阵中的最大元素及其所在的行号（第几行）和列号（第几列）。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矩阵中的元素均为整数。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3 行数据，每行 4 个整数，以空格分隔。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输入数据保证最大数唯一。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3 行，每行一个整数。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其中第 1 行的输出为矩阵中的最大值。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行的输出为矩阵最大值所在的行号（行值）。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行的输出为矩阵最大值所在的列号（列值）。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9 8 7 6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-10 10 -5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