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2025: 学生的等级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个学生的学号、成绩、计算平均成绩。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然后根据每个学生的成绩和平均成绩的差，给出学生的等级。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成绩高于平均成绩 10 分及以上者为 A 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成绩低于平均成绩 10 分及以下者为 C 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其他为 B 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n，后面 n 行每行依次为学号和成绩（n ≤ 100，成绩 ≤ 100），中间用一个空格隔开。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行，每行为学号 成绩 等级（中间用一个空格隔开)。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34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56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45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67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99 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