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2024: 人数统计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2024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655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小张同学今天在信息技术课堂上学习了利用Excel进行成绩统计的方法，现在他想编写一个这样的程序:输入全级某次测验的成绩，分别统计 0 ∼ 59、60 ∼ 69、70 ∼ 79、80  ∼ 89和90 ∼ 100各分数段的人数。假如你就是小张，你能把这个程序编出来吗？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输入第一行为全级人数( 1000 以内)，第二行至最后一行为学生的分数,分数都为0 ∼ 100间的整数。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输出包括 5 个分数段的人数，每行一个数。(顺序为0 ∼ 59分的人数,60 ∼ 69分的人数,70 ∼ 79分人数,80 ∼ 89分人数,90 ∼ 100分人数)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