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2022: 幸运的字符串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假设一个只有小写字母的字符串中，如果出现次数最多的字母出现的次数 - 出现次数最少的字母出现的次数是一个素数，那么这个字符串就是一个幸运的字符串。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给定一个只有小写字母的字符串，请问这个字符串是不是幸运的字符串？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输入一个字符串，其中只可能出现小写字母，并且长度小于100。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输出有2行，第1行表示读入的是否是幸运字符串，如果是，输出"Lucky Word"，如果不是，输出"No Answer"。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第二行是一个整数，如果输出单词是"Lucky Word"，输出出现次数最多的字母出现的次数-出现次数最少的字母出现的次数的结果，否则输出0。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单词error中出现最多的字母r出现了3次，出现次数最少的字母出现了1次，3-1=2，2是质数。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【输入输出样例2解释】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单词olympic中出现最多的字母和最少的字母都是1次，1-1=0，0不是质数。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