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2021: 字符串的周期性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2021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长度为len的字符串，不断的重复多次之后，会得到一个新的字符串，比如：字符串wto，重复2次就得到了一个字符串wtowto。重复4次就得到一个字符串wtowtowtowto，虽然这个字符串也可以认为是由wtowto重复2次得到，但是如果讨论使用最少的字符串重复，那么应是由wto重复4次得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给你一个字符串，请问该字符串是由最短多长的字符串经过若干次重复得到？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注意：也可以经过1次重复得到，比如字符串"abcd"，不能由其某个子串重复多次得到，可以认为是由"abcd"重复一次得到。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一行字符串，中间无空格。（字符串长度不超过500）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wtowtowto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