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2019: 统计字母数字空格和其他字符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2019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755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晶晶学习了字符串的概念，她打算统计一下：一个字符串包含了大小写字母、数字、空格以及其他字符，这个字符串中，大小写字母、数字、空格、其他字符分别有多少个？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一行字符，包含了大小写字母、数字、空格以及其他字符。（字符串包含不超过 200 个字符）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4 个整数，空格隔开，分别代表该字符串中大小写字母、数字、空格以及其他字符的个数。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aklsjflj123 sadf918u324 asdf91u32oasdf/.';123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23 16 2 4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