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2018: 神奇的6174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数学中有一个数字 6174 ，这是一个神奇的数字。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这个数字神奇之处在于，可以用一个任意的四位正整数（全相同的除外，如 1111 ），将数字重新组合成一个最大的数和最小的数相减，重复这个过程，最多七步，必得 6174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得到 6174 后，再重复这个过程结果依然是 6174，即：7641－1467＝6174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先给定一个四位整数（不是全相同的数），请你求解这个计算过程。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一个四位整数。（不是全相同的数，且输入的整数不是 6174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输出若干行，每行一个算式（参考样例输出），演示出计算的过程。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3120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3210-123=3087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8730-378=8352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8532-2358=6174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