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2012: 正方形矩阵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2012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389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晶晶同学非常喜欢方形，她希望打印出来的字符串也是方形的。老师给了晶晶同学一个字符串"ACM"，晶晶同学突发奇想，如果任意给定义一个整数n，能不能打印出由这个字符串组成的正方形字符串呢？要求是每行要使用n个给定的字符串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请你编程实现一下。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输入的第一行是一个正整数N（N&lt;=30），表示一共有N组数据；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接下来有N行，每行包含一个正整数M（M&lt;=100），表示一行内要使用M个老师给定的字符串，构成一个正方形矩阵。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输出指定的字符串方形矩阵。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ACM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ACM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ACM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ACMACM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ACMACM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ACMACM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ACMACM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ACMACM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ACMACM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