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2011: 换位置</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2011</w:t>
            </w:r>
          </w:p>
        </w:tc>
      </w:tr>
      <w:tr>
        <w:tc>
          <w:tcPr>
            <w:tcW w:type="dxa" w:w="4320"/>
          </w:tcPr>
          <w:p>
            <w:r>
              <w:t>标签</w:t>
            </w:r>
          </w:p>
        </w:tc>
        <w:tc>
          <w:tcPr>
            <w:tcW w:type="dxa" w:w="4320"/>
          </w:tcPr>
          <w:p>
            <w:r>
              <w:t>字符串</w:t>
            </w:r>
          </w:p>
        </w:tc>
      </w:tr>
      <w:tr>
        <w:tc>
          <w:tcPr>
            <w:tcW w:type="dxa" w:w="4320"/>
          </w:tcPr>
          <w:p>
            <w:r>
              <w:t>难度</w:t>
            </w:r>
          </w:p>
        </w:tc>
        <w:tc>
          <w:tcPr>
            <w:tcW w:type="dxa" w:w="4320"/>
          </w:tcPr>
          <w:p>
            <w:r>
              <w:t>入门</w:t>
            </w:r>
          </w:p>
        </w:tc>
      </w:tr>
      <w:tr>
        <w:tc>
          <w:tcPr>
            <w:tcW w:type="dxa" w:w="4320"/>
          </w:tcPr>
          <w:p>
            <w:r>
              <w:t>正确</w:t>
            </w:r>
          </w:p>
        </w:tc>
        <w:tc>
          <w:tcPr>
            <w:tcW w:type="dxa" w:w="4320"/>
          </w:tcPr>
          <w:p>
            <w:r>
              <w:t>389</w:t>
            </w:r>
          </w:p>
        </w:tc>
      </w:tr>
      <w:tr>
        <w:tc>
          <w:tcPr>
            <w:tcW w:type="dxa" w:w="4320"/>
          </w:tcPr>
          <w:p>
            <w:r>
              <w:t>来源</w:t>
            </w:r>
          </w:p>
        </w:tc>
        <w:tc>
          <w:tcPr>
            <w:tcW w:type="dxa" w:w="4320"/>
          </w:tcPr>
          <w:p>
            <w:r>
              <w:t>字符串</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晶晶拿到了只有 0 和 1 的字符串，字符串是偶数位的长度，她想让这个字符串中的奇数位的位置和偶数位的位置的字符互换位置。</w:t>
      </w:r>
    </w:p>
    <w:p>
      <w:pPr>
        <w:spacing w:before="40" w:after="40"/>
        <w:ind w:left="720"/>
      </w:pPr>
      <w:r>
        <w:rPr>
          <w:rFonts w:ascii="Consolas" w:hAnsi="Consolas"/>
          <w:sz w:val="18"/>
        </w:rPr>
        <w:t>比如：有一个字符串是 011010 ，那么奇数位和偶数位的字符互换位置后的结果为 100101 。</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输入包含多组测试数据。</w:t>
      </w:r>
    </w:p>
    <w:p>
      <w:pPr>
        <w:spacing w:before="40" w:after="40"/>
        <w:ind w:left="720"/>
      </w:pPr>
      <w:r>
        <w:rPr>
          <w:rFonts w:ascii="Consolas" w:hAnsi="Consolas"/>
          <w:sz w:val="18"/>
        </w:rPr>
        <w:t>输入的第一行是一个整数 n ，表示有 n 组测试数据。（ 1 ≤ n ≤ 100）</w:t>
      </w:r>
    </w:p>
    <w:p>
      <w:pPr>
        <w:spacing w:before="40" w:after="40"/>
        <w:ind w:left="720"/>
      </w:pPr>
      <w:r>
        <w:rPr>
          <w:rFonts w:ascii="Consolas" w:hAnsi="Consolas"/>
          <w:sz w:val="18"/>
        </w:rPr>
        <w:t>接下来 n 组测试数据，每组数据输入均为 0 ，1 字符串，保证串长为偶数位(字符串长度  ≤  100 )。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请为每组测试数据输出奇数位和偶数位互换后的结果，每组输出占一行。</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2</w:t>
      </w:r>
    </w:p>
    <w:p>
      <w:pPr>
        <w:spacing w:before="40" w:after="40"/>
        <w:ind w:left="720"/>
      </w:pPr>
      <w:r>
        <w:rPr>
          <w:rFonts w:ascii="Consolas" w:hAnsi="Consolas"/>
          <w:sz w:val="18"/>
        </w:rPr>
        <w:t>0110</w:t>
      </w:r>
    </w:p>
    <w:p>
      <w:pPr>
        <w:spacing w:before="40" w:after="40"/>
        <w:ind w:left="720"/>
      </w:pPr>
      <w:r>
        <w:rPr>
          <w:rFonts w:ascii="Consolas" w:hAnsi="Consolas"/>
          <w:sz w:val="18"/>
        </w:rPr>
        <w:t>1100</w:t>
      </w:r>
    </w:p>
    <w:p>
      <w:pPr>
        <w:pStyle w:val="Heading1"/>
      </w:pPr>
      <w:r>
        <w:t>样例输出</w:t>
      </w:r>
    </w:p>
    <w:p>
      <w:pPr>
        <w:spacing w:before="40" w:after="40"/>
        <w:ind w:left="720"/>
      </w:pPr>
      <w:r>
        <w:rPr>
          <w:rFonts w:ascii="Consolas" w:hAnsi="Consolas"/>
          <w:sz w:val="18"/>
        </w:rPr>
        <w:t>1001</w:t>
      </w:r>
    </w:p>
    <w:p>
      <w:pPr>
        <w:spacing w:before="40" w:after="40"/>
        <w:ind w:left="720"/>
      </w:pPr>
      <w:r>
        <w:rPr>
          <w:rFonts w:ascii="Consolas" w:hAnsi="Consolas"/>
          <w:sz w:val="18"/>
        </w:rPr>
        <w:t>1100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