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2008: 中国梦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整理完房间时间已经不早了，简单洗漱一下就上床睡觉了，自从进入初三后小 Z 已经有很久没有做梦了，不做梦的主要原因是学习强度太大加上睡得较晚，一旦睡着就睡 得特别沉，沉到没有梦的地步。今晚小 Z 的大脑皮层特别兴奋，大约是由于白天在 CZ 中 学上的课实在太精彩了，这不小 Z 刚睡着就进入了梦乡。在梦里小 Z 梦见自己代表祖国赴 B 国参加了国际信息学奥林匹克竞赛（International Olympiad in Informatics，简称 IOI）并获得了金牌，颁奖会结束后小 Z 想到附近的超市去买些礼物带回国送给班里的小 伙伴们，小 Z 心想 B 国的巧克力代表了爱的愿望、大众的迷恋，是食物中的王者，早在 19 世纪就已经闻名于世了，给小伙伴们每人买一盒巧克力肯定会大受欢迎。于是小 Z 一进超市就直奔装有巧克力的货架，一口气拿了 40 盒 Godiva 巧克力，然后到收银台去排队结帐， 轮到小 Z 结账时，他发现自己身上只有一张大面额的 B 国钞票了，于是他把这张钞票递了 过去，收银员迅速在收银机上算出了要找给小 Z 的金额，然后打开钱柜准备找钱，小 Z 看 到钱柜里的硬币按面额从大到小整整齐齐地摆放着，一种面额的硬币垒成一列，见此情景 小 Z 一下就来了灵感，心想少年宫正在为本次活动征集试题呢，就拿这个找零问题考考小 朋友们不是挺好吗？小 Z 回到宾馆立刻打开笔记本开始命题：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已知收银员要找给小 Z 的金 额 N、钱柜里的硬币种类 K 以及 K 种硬币的面额，计算有多少种不同的找零方法？ 这里的 “不同”是指所找零钱至少有一种硬币的数量不相同。假设现在只有 2 种硬币，一种面额是 5 分，另一种面额是 1 分，要找给小 Z 的金额是 8 分钱，可以给小 Z 找 1 个五分硬币加3 个一分硬币，或者找 8 个一分硬币。用 3 个一分硬币加 1 个五分硬币本质上与 1 个五分硬币加 3 个一分硬币没有任何区别，因此只可以用两种不同的方式找出八分钱。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输入数据第一行有两个用空格隔开的整数 N 和 K，其中 1≤N≤300，表示超市收银员 要找给小 Z 的金额，1≤K≤8，表示收银员的钱柜里共有 K 种不同面额的硬币。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到 K+1 行每行包含一个正整数 Ci，其中 1≤Ci≤100，表示一种硬币的面额，在输入数据中硬币 面额按降序排列（从最大到最小）。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不同种类的硬币面额各不相同，每种硬币都取之不尽 用之不竭。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输出数据仅有一行包含一个整数，表示超市收银员可能的找零方案数。答案保证不会 超出长整型范围。需要注意的是如果没有面额为 1 分的硬币，有些金额将无法找零，此时 结果就输出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输入详解：收银员要找给小 Z 金额 83 分，共有 5 种硬币，面额分别为：50,25,10, 5,1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输出详解：以下是全部 159 种找零方案中的 前 15 种和最后一种: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0×5    83×1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1×5    78×1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2×5    73×1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3×5    68×1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4×5    63×1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5×5    58×1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6×5    53×1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7×5    48×1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8×5    43×1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9×5    38×1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10×5    33×1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11×5    28×1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12×5    23×1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13×5    18×1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0×50    0×25    0×10    14×5    13×1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……………………………………………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1×50    1×25    0×10    1×5    3×1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10%的数据满足：N≤50，K≤3，Ci≤10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30%的数据满足：N≤100，K≤5，Ci≤20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60%的数据满足：N≤100，K≤7，Ci≤50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100%的数据满足：N≤300，K≤8，Ci≤100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