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2004: 烤面包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s同学出去旅游啦~，小s同学住的宾馆每天早上都会提供丰盛的自助早餐，小s同学最爱吃的就是现烤的切片面包。但是呢，宾馆的烤面包机很差，虽然说每次最多可以同时烤k块面包，但是只能烤好这些面包的一个面。小s要想吃上好吃的面包，就需要把面包的两面都烤好。小s同学一共想吃n块烤面包，但是小s每天都有好多景点需要游览，她不能在早餐上耽误很长时间，因此，小s同学希望你能告诉她最少需要使用几次烤面包机就可以烤好n块面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输入数据仅有一行包含两个用空格隔开的正整数n和k(n, k &lt;=10)，n表示小s同学一共要烤n块面包，k表示宾馆的烤面包机一次最多可以同时烤好k块面包的一个面。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仅有一行包含一个整数，表示小s同学至少要用多少次烤面包机。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